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 – חידות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וביטויים הקשורים לגוף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שבהן מחברים שתי מילים למילה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ניבים וביטויים שקשורים לגוף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חידת מיזוג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תפקידו של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שמופיע באתגר בדף - נפילה על הקרח קשורה לענף הספורט החלקה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(לחשוב קשה כדי למצוא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(תחושת עצב או דאגה)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(נדיבות וראייה חיובית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(נטייה להכות או לבזבז בקלות)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פתרון חידת התמונה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הסתכלו היטב בתמונה שמופיעה בחידה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נסו לזהות כל חלק או פריט בתמונה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 איך אפשר לחבר בין החלקים למילה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אם המילה שקיבלתם הגיונית ושייכת לנושא גוף ובריאות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שתי מילים אמיתיות המתחברות למילה הגיונית הקשורה לגוף או לבריאות, והסביר את הרעיון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אבחנה - הבנת הרופא מה המחלה של המטופל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ניב הקשור לאיבר גוף עם הסבר נכון למשמעות המושאלת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שמחברים שני חלקי מילים כדי לקבל מילה חדשה והגיונית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כמה מהחידות המקוריות מהדף לפני מילוי 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לנסות ליצור חידת מיזוג מילים בעצמם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החינוך המיוחד מומלץ לדלג על הסעיפים המסומנים ולהתמקד במשימות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 – חידות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חידות תמונה מהנושא גוף ובריאות - רופאים, תרופות, איברי הגוף וביטויים מצחיקים. בדף התרגול נתרגל את המילים והרעיונות שמופיעים בחידות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רופא  ·  לב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איבר בגוף שואב דם ומזרים אותו לכל הגוף?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נקרא התהליך שבו רופא בודק מטופל ומנסה להבין מה המחלה?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באחת החידות בדף צריך לחבר שתי מילים כדי לקבל שם של ענף ספורט. איך נקרא סוג חידה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חידת מיזוג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חידון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תשבץ הגיוני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רופא הוא בעל מקצוע שעוזר לאנשים חולים להבריא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החלקה על הקרח היא גם מילה וגם שם של ענף ספורט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כשיש לנו חום גבוה, בדרך כלל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שואב דם ומזרים אותו לכל הגוף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ניב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תחושת עצב או דאגה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לב 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נדיבות וראייה חיובית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לחשוב קשה כדי למצוא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יד קלה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נטייה להכות או לבזבז בקלות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פתרון חידת התמונה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המילה שקיבלתם הגיונית ושייכת לנושא גוף ובריאות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חשבו איך אפשר לחבר בין החלקים למילה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הסתכלו היטב בתמונה שמופיעה בחידה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נסו לזהות כל חלק או פריט בתמונה בנפרד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חידת תמונה משלכם בנושא גוף ובריאות, שבה מחברים שתי מילים למילה חדשה (כמו אח+לקה)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אבחנה?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לניב הקשור לגוף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 – חידות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