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גוף ובריאות – חידות מילים בתמונות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וביטויים הקשורים לגוף ולבריאות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פתרון חידות שבהן מחברים שתי מילים למילה 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ניבים וביטויים שקשורים לגוף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אבחנה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חידת מיזוג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המילה 'לקפוץ' יכולה להישמע גם כמו ביקור קצר אצל מישהו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סוכרייה היא ממתק וסוכרת היא מחלה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מצב טוב של הגוף והנפש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רק חלק מהמילים מתאימות לסוג חידה כזה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תפקידו של הרופא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לניב יש משמעות מושאלת ולא רק מילולית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כמו שמופיע באתגר בדף - נפילה על הקרח קשורה לענף הספורט החלקה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רופא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עלון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נשברת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לפתור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ניב למשמעותו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(לחשוב קשה כדי למצוא פתרון)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(תחושת עצב או דאגה)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(נדיבות וראייה חיובית של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(נטייה להכות או לבזבז בקלות)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(מישהו שמקשיב לך ברצון)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פתרון חידת התמונה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הסתכלו היטב בתמונה שמופיעה בחידה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נסו לזהות כל חלק או פריט בתמונה בנפרד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חשבו איך אפשר לחבר בין החלקים למילה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בדקו אם המילה שקיבלתם הגיונית ושייכת לנושא גוף ובריאות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הקישו גלו כדי לבדוק אם ניחשתם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בחר שתי מילים אמיתיות המתחברות למילה הגיונית הקשורה לגוף או לבריאות, והסביר את הרעיון בבירור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שמזכירה אבחון נכון, קבלת טיפול או תרופה מתאימה, ומניעת החמרה במחלה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אבחנה - הבנת הרופא מה המחלה של המטופל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ניב הקשור לאיבר גוף עם הסבר נכון למשמעות המושאלת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שמחברים שני חלקי מילים כדי לקבל מילה חדשה והגיונית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בכיתה כמה מהחידות המקוריות מהדף לפני מילוי דף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לנסות ליצור חידת מיזוג מילים בעצמם בזוגות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החינוך המיוחד מומלץ לדלג על הסעיפים המסומנים ולהתמקד במשימות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גוף ובריאות – חידות מילים בתמונות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תמונות וחידות על הגוף ועל בריאות. נלמד מילים חדשות ונתרגל אותן.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רופא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איש מקצוע שעוזר לאנשים חולים להבריא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תרופה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חומר שלוקחים כדי להרגיש טוב יותר כשחולים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הגוף לא בריא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בריאות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טוב של הגוף והנפש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ביטוי עם משמעות מיוחדת, לא מילולית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או תמונה שצריך לפענח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בגוף, כמו לב או ריאה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אבחנה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כשרופא מבין מה המחלה של המטופל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איבר מזיז את הדם בגוף?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לבדיקה של הרופא כדי להבין מה קרה?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אבחנה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תספורת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קוראים לחידה שבה מחברים שתי מילים למילה חדשה?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חידת מיזוג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חידון 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תשבץ הגיוני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 קלפים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מצחיק שאומרים לקוביית סוכר לקפוץ לקפה?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המילה 'לקפוץ' יכולה להישמע גם כמו ביקור קצר אצל 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קוביית הסוכר באמת קפצה באוויר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הסוכר נמס מיד במים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שום הומור בחידה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במה שונה סוכרייה ממחלת סוכרת?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סוכרייה היא ממתק וסוכרת היא מחלה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 המילים אותו דבר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סוכרת היא סוג של ממתק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שום קשר בין המילים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המשמעות של המילה בריאות?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 טוב של הגוף והנפש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העדר כאבים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תזונה נכונה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פעילות גופנית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מילה בעברית אפשר לפרק לשתי מילים שנשמעות דומה 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רופא הוא בעל מקצוע שעוזר לאנשים חולים להבריא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לניב יש רק משמעות מילולית, בלי שום רעיון נוסף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החלקה על הקרח היא גם מילה וגם שם של ענף ספורט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כשיש לנו חום גבוה, בדרך כלל הולכים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שואב דם ומזרים אותו לכל הגוף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שלוקחים תרופה חשוב לקרוא את ה__________ שמסביר עליה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כשהרגל כואבת מאוד אחרי נפילה, לפעמים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הביטוי 'לשבור את הראש' פירושו לנסות __________ בעיה קשה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ניב למשמעותו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לשבור את הראש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נטייה להכות או לבזבז בקלות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לב כבד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לחשוב קשה כדי למצוא פתרון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עין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תחושת עצב או דאגה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יד קלה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מישהו שמקשיב לך ברצון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אוזן קשבת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נדיבות וראייה חיובית של אחרים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פתרון חידת התמונה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הקישו גלו כדי לבדוק אם ניחשתם נכון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בדקו אם המילה שקיבלתם הגיונית ושייכת לנושא גוף ובריאות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נסו לזהות כל חלק או פריט בתמונה בנפרד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הסתכלו היטב בתמונה שמופיעה בחידה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חשבו איך אפשר לחבר בין החלקים למילה אחת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חידת תמונה משלכם בנושא גוף ובריאות, שבה מחברים שתי מילים למילה חדשה (כמו אח+לקה)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ללכת לרופא כשחשים ברע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אבחנה?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לניב הקשור לגוף והסבירו את 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בונים חידת תמונה שבה מחברים שתי מילים?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גוף ובריאות – חידות מילים בתמונות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