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 – חידות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וביטויים הקשורים לגוף ולבריאות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שבהן מחברים שתי מילים למילה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ניבים וביטויים שקשורים לגוף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חידת מיזוג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המילה 'לקפוץ' יכולה להישמע גם כמו ביקור קצר אצל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סוכרייה היא ממתק וסוכרת היא מחלה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מצב טוב של הגוף והנפש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חלק מהמילים מתאימות לסוג חידה כזה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תפקידו של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לניב יש משמעות מושאלת ולא רק מילולית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שמופיע באתגר בדף - נפילה על הקרח קשורה לענף הספורט החלקה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(לחשוב קשה כדי למצוא 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(תחושת עצב או דאגה)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(נדיבות וראייה חיובית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(נטייה להכות או לבזבז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(מישהו שמקשיב לך ברצון)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פתרון חידת התמונה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הסתכלו היטב בתמונה שמופיעה בחידה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נסו לזהות כל חלק או פריט בתמונה בנפרד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חשבו איך אפשר לחבר בין החלקים למילה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אם המילה שקיבלתם הגיונית ושייכת לנושא גוף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הקישו גלו כדי לבדוק אם ניחשתם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שתי מילים אמיתיות המתחברות למילה הגיונית הקשורה לגוף או לבריאות, והסביר את הרעיון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אבחון נכון, קבלת טיפול או תרופה מתאימה, ומניעת החמרה במחלה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אבחנה - הבנת הרופא מה המחלה של המטופל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ניב הקשור לאיבר גוף עם הסבר נכון למשמעות המושאלת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שמחברים שני חלקי מילים כדי לקבל מילה חדשה והגיונית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כמה מהחידות המקוריות מהדף לפני מילוי 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לנסות ליצור חידת מיזוג מילים בעצמם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החינוך המיוחד מומלץ לדלג על הסעיפים המסומנים ולהתמקד במשימות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 – חידות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חידות תמונה מהנושא גוף ובריאות - רופאים, תרופות, איברי הגוף וביטויים מצחיקים. בדף התרגול נתרגל את המילים והרעיונות שמופיעים בחידות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איבר בגוף שואב דם ומזרים אותו לכל הגוף?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נקרא התהליך שבו רופא בודק מטופל ומנסה להבין מה המחלה?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תספורת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באחת החידות בדף צריך לחבר שתי מילים כדי לקבל שם של ענף ספורט. איך נקרא סוג חידה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חידת מיזוג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חידון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תשבץ הגיוני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ההומור בחידה על קוביית הסוכר שאמרו לה 'לקפוץ לקפה'?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המילה 'לקפוץ' יכולה להישמע גם כמו ביקור קצר אצל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קוביית הסוכר באמת קפצה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הסוכר נמס מיד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הומור בחידה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המילה 'סוכרייה' למילה 'סוכרת'?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סוכרייה היא ממתק וסוכרת היא מחלה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המילים אותו דבר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סוכרת היא סוג של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קשר בין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טוב של הגוף והנפש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העדר כאבים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תזונה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פעילות גופנית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בעברית אפשר לפרק לשתי מילים שנשמעות דומה 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רופא הוא בעל מקצוע שעוזר לאנשים חולים להבריא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לניב יש רק משמעות מילולית, בלי שום רעיון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החלקה על הקרח היא גם מילה וגם שם של ענף ספורט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כשיש לנו חום גבוה, בדרך כלל הולכים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שואב דם ומזרים אותו לכל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שלוקחים תרופה חשוב לקרוא את ה__________ שמסביר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כשהרגל כואבת מאוד אחרי נפילה, לפעמים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הביטוי 'לשבור את הראש' פירושו לנסות __________ בעיה 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ניב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מישהו שמקשיב לך ברצון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 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נטייה להכות או לבזבז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תחושת עצב או דאגה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יד קלה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לחשוב קשה כדי למצוא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אוזן קשבת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נדיבות וראייה חיובית של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פתרון חידת התמונה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המילה שקיבלתם הגיונית ושייכת לנושא גוף ובריאות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הקישו גלו כדי לבדוק אם ניחשתם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הסתכלו היטב בתמונה שמופיעה בחידה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איך אפשר לחבר בין החלקים למילה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נסו לזהות כל חלק או פריט בתמונה בנפרד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חידת תמונה משלכם בנושא גוף ובריאות, שבה מחברים שתי מילים למילה חדשה (כמו אח+לקה)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ללכת לרופא כשחשים ברע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אבחנה?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לניב הקשור לגוף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בונים חידת תמונה שבה מחברים שתי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 – חידות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